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חיסכון – איך מגיעים למטרה?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חיסכון ומהי 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לחשב כמה זמן לוקח להגיע למטרה כספית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תוכנית חיסכון אישית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כסף שהבנק משלם לנו על הכסף ששמרנו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לוקח פחות זמן להגיע למטרה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ככל שחוסכים יותר, מגיעים מהר יותר לסכום הדרוש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ריבית היא כסף שהבנק משלם לנו, לא גובה מאיתנו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(הדבר שרוצים לקנות או להשיג)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(תשלום מהבנק על הכסף שחסכנו)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(כמה חוסכים כל 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(כתיבה מסודרת של כל פרטי החיסכון)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מטרה ובודקים כמה היא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מחליטים כמה כסף אפשר לחסוך בכל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מחשבים כמה שבועות ייקח להגיע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מה קורה אם מוסיפים עוד קצת כסף בכל 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מטרה ברורה, מחיר, סכום שבועי ריאלי ומקור כסף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היא כסף שהבנק משלם על הכסף שחסכנו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הזמן להגיע למטרה מתקצר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מטרה, סכום שבועי, ומקור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לנסות כמה תרחישים שונים של סכום שבועי ולראות את ההבדל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כל תלמיד לבחור מטרה אישית ואמיתית כדי שהתרגול יהיה רלוונטי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קצר על שלושת הערוצים להתמדה בחיסכון שהוזכרו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חיסכון – איך מגיעים למטרה?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איך בונים תוכנית חיסכון אמיתית, ומה קורה כשמשנים את הסכום השבועי שחוסכים.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כסף  ·  ריבית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ריבית בחיסכון?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כסף שהבנק לוקח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כסף שהבנק משלם לנו על הכסף ששמרנו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כסף שמשלמים כשקונים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כשחוסכים יותר כסף בכל 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לוקח יותר זמן להגיע למטרה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לוקח פחות זמן להגיע למטרה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שום שינוי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חיסכון שבועי גבוה יותר מקצר את הדרך למטרה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ריבית היא כסף שהבנק גובה מאיתנו על החיסכון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חיסכון הוא לשמור __________ בצד במקום להוציא אותו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כשחוסכים כסף בבנק, לפעמים מקבלים __________ בתמורה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תשלום מהבנק על הכסף שחסכנו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כמה חוסכים כל 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סכום שבועי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כתיבה מסודרת של כל פרטי החיסכון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תוכנית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הדבר שרוצים לקנות או להשיג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מחליטים כמה כסף אפשר לחסוך בכל 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מחשבים כמה שבועות ייקח להגיע למטרה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מה קורה אם מוסיפים עוד קצת כסף בכל 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מטרה ובודקים כמה היא 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תוכנית חיסכון קצרה: מהי המטרה שלכם, כמה היא עולה, כמה תחסכו בכל שבוע ומאיפה יגיע הכסף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ריבית בחיסכון?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כשמגדילים את הסכום השבועי שחוסכים?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חיסכון – איך מגיעים למטרה?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