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חיסכון – איך מגיעים למטרה?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חיסכון ומהי 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לחשב כמה זמן לוקח להגיע למטרה כספית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תוכנית חיסכון אישית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כסף שהבנק משלם לנו על הכסף ששמרנו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לוקח פחות זמן להגיע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לבחור מטרה ולבדוק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23 שבועות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ככל שחוסכים יותר, מגיעים מהר יותר לסכום הדרוש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ריבית היא כסף שהבנק משלם לנו, לא גובה מאיתנו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בדף כחלק משלבי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מציג חיסכון כמשחק של תכנון ולא רק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שבועי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(הדבר שרוצים לקנות או להשיג)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(תשלום מהבנק על הכסף שחסכנו)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(כמה חוסכים כל 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(כתיבה מסודרת של כל פרטי החיסכון)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(תחושת ביטחון כשיש כסף בצד)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מטרה ובודקים כמה היא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מחליטים כמה כסף אפשר לחסוך בכל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מחשבים כמה שבועות ייקח להגיע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מה קורה אם מוסיפים עוד קצת כסף בכל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תוכנית חיסכון 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מטרה ברורה, מחיר, סכום שבועי ריאלי ומקור כסף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המסבירה בחירה אחת מתוך שלוש האפשרויות שהוזכרו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היא כסף שהבנק משלם על הכסף שחסכנו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הזמן להגיע למטרה מתקצר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מטרה, סכום שבועי, ומקור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לנסות כמה תרחישים שונים של סכום שבועי ולראות את ההבדל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כל תלמיד לבחור מטרה אישית ואמיתית כדי שהתרגול יהיה רלוונטי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קצר על שלושת הערוצים להתמדה בחיסכון שהוזכרו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חיסכון – איך מגיעים למטרה?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חיסכון. נלמד איך לחשוך כסף כל שבוע כדי להגיע למטרה.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כסף בצד ולא להוציא אותו 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מטרה כספית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שרוצים לקנות או להשיג עם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נוסף שהבנק משלם לנו על הכסף ששמרנו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שמראה כמה כסף יש וכמה אפשר להוציא או לחסוך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סכום שבועי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שמים בצד כל 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תוכנית 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מסודרת של המטרה, הסכום והזמן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 כלכלי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ביטחון כשיש קצת כסף בצד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שהבנק לוקח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שהבנק משלם לנו על הכסף ששמרנו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שמשלמים כשקונים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 שמקבלים במתנה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אם חוסכים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לוקח יותר זמן להגיע למטרה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לוקח פחות זמן להגיע למטרה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שום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המטרה מתייקרת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הצעד הראשון בבניית תוכנית 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לחשב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מטרה ולבדוק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לפתוח חשבון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להוציא את כל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שבועות לוקח לחסוך 460 שקל, אם חוסכים 20 שקל בשבוע?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23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שבועות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שבועי גבוה יותר מקצר את הדרך למטרה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היא כסף שהבנק גובה מאיתנו על החיסכון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חיסכון כוללת מטרה, סכום שבועי ומקור הכסף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תמיד תהליך של ויתור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חיסכון הוא לשמור __________ בצד במקום להוציא אותו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כשחוסכים כסף בבנק, לפעמים מקבלים __________ בתמורה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לבנות תוכנית חיסכון צריך קודם לבחור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ככל שהסכום ה__________ גדול יותר, מגיעים מהר יותר למטרה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כתיבה מסודרת של כל פרטי החיסכון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תחושת ביטחון כשיש כסף בצד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סכום שבועי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הדבר שרוצים לקנות או להשיג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תוכנית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חוסכים כל 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 כלכלי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תשלום מהבנק על הכסף שחסכנו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כמה כסף אפשר לחסוך בכל 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מה קורה אם מוסיפים עוד קצת כסף בכל 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תוכנית חיסכון מסודרת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כמה שבועות ייקח להגיע למטרה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מטרה ובודקים כמה היא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תוכנית חיסכון קצרה: מהי המטרה שלכם, כמה היא עולה, כמה תחסכו בכל שבוע ומאיפה יגיע הכסף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ערוץ מעזר לכם להתמיד בחיסכון - תוכנית מסודרת, חיסכון עם חברים, או דמיון של המטרה?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ריבית בחיסכון?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כשמגדילים את הסכום השבועי שחוסכים?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הדברים שצריך לכתוב בתוכנית 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חיסכון – איך מגיעים למטרה?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